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AGREEMENT TO PAY FOR CAR DAMAGES</w:t>
      </w:r>
    </w:p>
    <w:p/>
    <w:p>
      <w:r>
        <w:rPr>
          <w:b w:val="0"/>
          <w:sz w:val="20"/>
        </w:rPr>
        <w:t>This Agreement is made by and between the undersigned parties.</w:t>
      </w:r>
    </w:p>
    <w:p/>
    <w:p>
      <w:r>
        <w:rPr>
          <w:b/>
          <w:sz w:val="20"/>
        </w:rPr>
        <w:t>Party Responsible for Damages (hereinafter referred to as 'Responsible Party'):</w:t>
      </w:r>
    </w:p>
    <w:p>
      <w:r>
        <w:rPr>
          <w:b w:val="0"/>
          <w:sz w:val="20"/>
        </w:rPr>
        <w:t>Full Name: ____________________________________________________________</w:t>
      </w:r>
    </w:p>
    <w:p>
      <w:r>
        <w:rPr>
          <w:b w:val="0"/>
          <w:sz w:val="20"/>
        </w:rPr>
        <w:t>Driver’s License No.: 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Injured Party (hereinafter referred to as 'Injured Party'):</w:t>
      </w:r>
    </w:p>
    <w:p>
      <w:r>
        <w:rPr>
          <w:b w:val="0"/>
          <w:sz w:val="20"/>
        </w:rPr>
        <w:t>Full Name: ____________________________________________________________</w:t>
      </w:r>
    </w:p>
    <w:p>
      <w:r>
        <w:rPr>
          <w:b w:val="0"/>
          <w:sz w:val="20"/>
        </w:rPr>
        <w:t>Driver’s License No.: 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Vehicle Involved in Incident:</w:t>
      </w:r>
    </w:p>
    <w:p>
      <w:r>
        <w:rPr>
          <w:b w:val="0"/>
          <w:sz w:val="20"/>
        </w:rPr>
        <w:t>Make/Model: __________________________________________________________</w:t>
      </w:r>
    </w:p>
    <w:p>
      <w:r>
        <w:rPr>
          <w:b w:val="0"/>
          <w:sz w:val="20"/>
        </w:rPr>
        <w:t>Year: ________________________________________________________________</w:t>
      </w:r>
    </w:p>
    <w:p>
      <w:r>
        <w:rPr>
          <w:b w:val="0"/>
          <w:sz w:val="20"/>
        </w:rPr>
        <w:t>License Plate Number: _________________________________________________</w:t>
      </w:r>
    </w:p>
    <w:p>
      <w:r>
        <w:rPr>
          <w:b w:val="0"/>
          <w:sz w:val="20"/>
        </w:rPr>
        <w:t>VIN (Vehicle Identification Number): __________________________________</w:t>
      </w:r>
    </w:p>
    <w:p/>
    <w:p>
      <w:r>
        <w:rPr>
          <w:b/>
          <w:sz w:val="20"/>
        </w:rPr>
        <w:t>Description of Incident and Damages:</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r>
        <w:rPr>
          <w:b/>
          <w:sz w:val="20"/>
        </w:rPr>
        <w:t>Terms of Payment:</w:t>
      </w:r>
    </w:p>
    <w:p>
      <w:r>
        <w:rPr>
          <w:b w:val="0"/>
          <w:sz w:val="20"/>
        </w:rPr>
        <w:t>1. The Responsible Party acknowledges responsibility for the damages to the Injured Party's vehicle as described above.</w:t>
      </w:r>
    </w:p>
    <w:p>
      <w:r>
        <w:rPr>
          <w:b w:val="0"/>
          <w:sz w:val="20"/>
        </w:rPr>
        <w:t>2. The Responsible Party agrees to pay the total amount of damages as determined by an authorized repair estimate or mutual agreement.</w:t>
      </w:r>
    </w:p>
    <w:p>
      <w:r>
        <w:rPr>
          <w:b w:val="0"/>
          <w:sz w:val="20"/>
        </w:rPr>
        <w:t>3. The total amount due for damages is: $______________________________</w:t>
      </w:r>
    </w:p>
    <w:p>
      <w:r>
        <w:rPr>
          <w:b w:val="0"/>
          <w:sz w:val="20"/>
        </w:rPr>
        <w:t>4. Payment shall be made as follows (select one):</w:t>
      </w:r>
    </w:p>
    <w:p>
      <w:r>
        <w:rPr>
          <w:b w:val="0"/>
          <w:sz w:val="20"/>
        </w:rPr>
        <w:t xml:space="preserve">   a) Lump sum payment of the full amount upon signing this Agreement.</w:t>
      </w:r>
    </w:p>
    <w:p>
      <w:r>
        <w:rPr>
          <w:b w:val="0"/>
          <w:sz w:val="20"/>
        </w:rPr>
        <w:t xml:space="preserve">   b) Installment payments according to the following schedule:</w:t>
      </w:r>
    </w:p>
    <w:p>
      <w:r>
        <w:rPr>
          <w:b w:val="0"/>
          <w:sz w:val="20"/>
        </w:rPr>
        <w:t xml:space="preserve">      _________________________________________________________________</w:t>
      </w:r>
    </w:p>
    <w:p>
      <w:r>
        <w:rPr>
          <w:b w:val="0"/>
          <w:sz w:val="20"/>
        </w:rPr>
        <w:t xml:space="preserve">      _________________________________________________________________</w:t>
      </w:r>
    </w:p>
    <w:p>
      <w:r>
        <w:rPr>
          <w:b w:val="0"/>
          <w:sz w:val="20"/>
        </w:rPr>
        <w:t>5. Payments shall be made by the Responsible Party to the Injured Party via (check method):</w:t>
      </w:r>
    </w:p>
    <w:p>
      <w:r>
        <w:rPr>
          <w:b w:val="0"/>
          <w:sz w:val="20"/>
        </w:rPr>
        <w:t xml:space="preserve">   [ ] Cash     [ ] Check     [ ] Money Order     [ ] Electronic Transfer</w:t>
      </w:r>
    </w:p>
    <w:p/>
    <w:p>
      <w:r>
        <w:rPr>
          <w:b/>
          <w:sz w:val="20"/>
        </w:rPr>
        <w:t>Additional Obligations:</w:t>
      </w:r>
    </w:p>
    <w:p>
      <w:r>
        <w:rPr>
          <w:b w:val="0"/>
          <w:sz w:val="20"/>
        </w:rPr>
        <w:t>6. The Responsible Party agrees to cooperate fully in the repair process and to provide any necessary documentation or information requested by the Injured Party.</w:t>
      </w:r>
    </w:p>
    <w:p>
      <w:r>
        <w:rPr>
          <w:b w:val="0"/>
          <w:sz w:val="20"/>
        </w:rPr>
        <w:t>7. The Responsible Party affirms that no other claims or damages exist beyond those specified in this Agreement.</w:t>
      </w:r>
    </w:p>
    <w:p>
      <w:r>
        <w:rPr>
          <w:b w:val="0"/>
          <w:sz w:val="20"/>
        </w:rPr>
        <w:t>8. The Injured Party agrees to release the Responsible Party from any further liability upon full payment of the agreed amount.</w:t>
      </w:r>
    </w:p>
    <w:p/>
    <w:p>
      <w:r>
        <w:rPr>
          <w:b/>
          <w:sz w:val="20"/>
        </w:rPr>
        <w:t>Warranties and Disclaimers:</w:t>
      </w:r>
    </w:p>
    <w:p>
      <w:r>
        <w:rPr>
          <w:b w:val="0"/>
          <w:sz w:val="20"/>
        </w:rPr>
        <w:t>9. This Agreement constitutes the full and complete understanding between the parties concerning payment for the damages described herein.</w:t>
      </w:r>
    </w:p>
    <w:p>
      <w:r>
        <w:rPr>
          <w:b w:val="0"/>
          <w:sz w:val="20"/>
        </w:rPr>
        <w:t>10. All representations and warranties are as stated in this Agreement. No other promises or guarantees have been made by either party.</w:t>
      </w:r>
    </w:p>
    <w:p>
      <w:r>
        <w:rPr>
          <w:b w:val="0"/>
          <w:sz w:val="20"/>
        </w:rPr>
        <w:t>11. This Agreement shall be governed by and construed in accordance with the laws of the United States and the applicable State laws.</w:t>
      </w:r>
    </w:p>
    <w:p/>
    <w:p>
      <w:r>
        <w:rPr>
          <w:b/>
          <w:sz w:val="20"/>
        </w:rPr>
        <w:t>Default and Remedies:</w:t>
      </w:r>
    </w:p>
    <w:p>
      <w:r>
        <w:rPr>
          <w:b w:val="0"/>
          <w:sz w:val="20"/>
        </w:rPr>
        <w:t>12. If the Responsible Party fails to make payments as agreed, the Injured Party shall have the right to pursue all legal remedies available to recover the owed amount, including but not limited to filing a claim in small claims court or other appropriate forum.</w:t>
      </w:r>
    </w:p>
    <w:p>
      <w:r>
        <w:rPr>
          <w:b w:val="0"/>
          <w:sz w:val="20"/>
        </w:rPr>
        <w:t>13. In the event of default, the Responsible Party may be responsible for additional costs including attorney fees, court costs, and interest as permitted by law.</w:t>
      </w:r>
    </w:p>
    <w:p/>
    <w:p>
      <w:r>
        <w:rPr>
          <w:b/>
          <w:sz w:val="20"/>
        </w:rPr>
        <w:t>Miscellaneous:</w:t>
      </w:r>
    </w:p>
    <w:p>
      <w:r>
        <w:rPr>
          <w:b w:val="0"/>
          <w:sz w:val="20"/>
        </w:rPr>
        <w:t>14. Amendments to this Agreement must be made in writing and signed by both parties.</w:t>
      </w:r>
    </w:p>
    <w:p>
      <w:r>
        <w:rPr>
          <w:b w:val="0"/>
          <w:sz w:val="20"/>
        </w:rPr>
        <w:t>15. If any provision of this Agreement is held invalid or unenforceable, the remaining provisions shall remain in full force and effect.</w:t>
      </w:r>
    </w:p>
    <w:p>
      <w:r>
        <w:rPr>
          <w:b w:val="0"/>
          <w:sz w:val="20"/>
        </w:rPr>
        <w:t>16. This Agreement may be executed in counterparts, each of which shall be deemed an original but all of which together shall constitute one and the same instrument.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RESPONSIBLE PARTY</w:t>
            </w:r>
          </w:p>
        </w:tc>
        <w:tc>
          <w:tcPr>
            <w:tcW w:type="dxa" w:w="4986"/>
            <w:tcBorders>
              <w:top w:val="nil"/>
              <w:left w:val="nil"/>
              <w:bottom w:val="nil"/>
              <w:right w:val="nil"/>
              <w:insideH w:val="nil"/>
              <w:insideV w:val="nil"/>
            </w:tcBorders>
          </w:tcPr>
          <w:p>
            <w:pPr>
              <w:jc w:val="center"/>
            </w:pPr>
            <w:r>
              <w:t>INJURED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https://docs-finance.com/agreement-to-pay-for-car-damages-template/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https://docs-finance.com</w:t>
        </w:r>
      </w:hyperlink>
    </w:p>
    <w:p>
      <w:pPr>
        <w:jc w:val="center"/>
      </w:pPr>
      <w:r>
        <w:rPr>
          <w:color w:val="808080"/>
          <w:sz w:val="20"/>
        </w:rPr>
        <w:t>This template is intended exclusively for personal, non-commercial use.</w:t>
        <w:br/>
        <w:t>If distributed or published, the source must be mentioned. © docs-finance.com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finance.com/agreement-to-pay-for-car-damages-template/" TargetMode="External"/><Relationship Id="rId10" Type="http://schemas.openxmlformats.org/officeDocument/2006/relationships/hyperlink" Target="https://docs-fin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