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HOTEL CREDIT CARD AUTHORIZATION FORM</w:t>
      </w:r>
    </w:p>
    <w:p/>
    <w:p>
      <w:r>
        <w:rPr>
          <w:b/>
          <w:sz w:val="20"/>
        </w:rPr>
        <w:t>Guest Information</w:t>
      </w:r>
    </w:p>
    <w:p>
      <w:r>
        <w:rPr>
          <w:b w:val="0"/>
          <w:sz w:val="20"/>
        </w:rPr>
        <w:t>Full Name: ____________________________________________________________</w:t>
      </w:r>
    </w:p>
    <w:p>
      <w:r>
        <w:rPr>
          <w:b w:val="0"/>
          <w:sz w:val="20"/>
        </w:rPr>
        <w:t>Reservation Number: 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Hotel Information</w:t>
      </w:r>
    </w:p>
    <w:p>
      <w:r>
        <w:rPr>
          <w:b w:val="0"/>
          <w:sz w:val="20"/>
        </w:rPr>
        <w:t>Hotel Name: ___________________________________________________________</w:t>
      </w:r>
    </w:p>
    <w:p>
      <w:r>
        <w:rPr>
          <w:b w:val="0"/>
          <w:sz w:val="20"/>
        </w:rPr>
        <w:t>Hotel Address: _________________________________________________________</w:t>
      </w:r>
    </w:p>
    <w:p>
      <w:r>
        <w:rPr>
          <w:b w:val="0"/>
          <w:sz w:val="20"/>
        </w:rPr>
        <w:t>Hotel Phone Number: ___________________________________________________</w:t>
      </w:r>
    </w:p>
    <w:p/>
    <w:p>
      <w:r>
        <w:rPr>
          <w:b/>
          <w:sz w:val="20"/>
        </w:rPr>
        <w:t>Credit Card Information</w:t>
      </w:r>
    </w:p>
    <w:p>
      <w:r>
        <w:rPr>
          <w:b w:val="0"/>
          <w:sz w:val="20"/>
        </w:rPr>
        <w:t>Cardholder Name (as shown on card): ____________________________________</w:t>
      </w:r>
    </w:p>
    <w:p>
      <w:r>
        <w:rPr>
          <w:b w:val="0"/>
          <w:sz w:val="20"/>
        </w:rPr>
        <w:t>Credit Card Type (Visa, MasterCard, AMEX, etc.): ________________________</w:t>
      </w:r>
    </w:p>
    <w:p>
      <w:r>
        <w:rPr>
          <w:b w:val="0"/>
          <w:sz w:val="20"/>
        </w:rPr>
        <w:t>Credit Card Number: ____________________________________________________</w:t>
      </w:r>
    </w:p>
    <w:p>
      <w:r>
        <w:rPr>
          <w:b w:val="0"/>
          <w:sz w:val="20"/>
        </w:rPr>
        <w:t>Expiration Date (MM/YY): _______________________________________________</w:t>
      </w:r>
    </w:p>
    <w:p>
      <w:r>
        <w:rPr>
          <w:b w:val="0"/>
          <w:sz w:val="20"/>
        </w:rPr>
        <w:t>CVV Code (3 or 4 digit security code): _________________________________</w:t>
      </w:r>
    </w:p>
    <w:p>
      <w:r>
        <w:rPr>
          <w:b w:val="0"/>
          <w:sz w:val="20"/>
        </w:rPr>
        <w:t>Billing Address (if different from above): _______________________________</w:t>
      </w:r>
    </w:p>
    <w:p/>
    <w:p>
      <w:r>
        <w:rPr>
          <w:b/>
          <w:sz w:val="20"/>
        </w:rPr>
        <w:t>Authorization Details</w:t>
      </w:r>
    </w:p>
    <w:p>
      <w:r>
        <w:rPr>
          <w:b w:val="0"/>
          <w:sz w:val="20"/>
        </w:rPr>
        <w:t>By signing below, I authorize the hotel to charge the credit card provided for my stay, including room charges, taxes, fees, incidental charges (such as room service, telephone calls, minibar, damages), and any applicable cancellation fees. I understand that this authorization is valid for the duration of my reservation and any authorized extensions.</w:t>
      </w:r>
    </w:p>
    <w:p/>
    <w:p>
      <w:r>
        <w:rPr>
          <w:b w:val="0"/>
          <w:sz w:val="20"/>
        </w:rPr>
        <w:t>I certify that I am the authorized cardholder or have the cardholder's permission to use this credit card for payment. I agree that my electronic signature below shall have the same force and effect as a handwritten signature.</w:t>
      </w:r>
    </w:p>
    <w:p/>
    <w:p>
      <w:r>
        <w:rPr>
          <w:b/>
          <w:sz w:val="20"/>
        </w:rPr>
        <w:t>Terms and Conditions</w:t>
      </w:r>
    </w:p>
    <w:p>
      <w:r>
        <w:rPr>
          <w:b w:val="0"/>
          <w:sz w:val="20"/>
        </w:rPr>
        <w:t>1. Charges will appear on the credit card statement as the hotel’s merchant name.</w:t>
      </w:r>
    </w:p>
    <w:p>
      <w:r>
        <w:rPr>
          <w:b w:val="0"/>
          <w:sz w:val="20"/>
        </w:rPr>
        <w:t>2. The cardholder is responsible for notifying the hotel of any disputed charges within 30 days of the statement date.</w:t>
      </w:r>
    </w:p>
    <w:p>
      <w:r>
        <w:rPr>
          <w:b w:val="0"/>
          <w:sz w:val="20"/>
        </w:rPr>
        <w:t>3. The hotel reserves the right to contact the cardholder or the card issuing bank to verify authorization.</w:t>
      </w:r>
    </w:p>
    <w:p>
      <w:r>
        <w:rPr>
          <w:b w:val="0"/>
          <w:sz w:val="20"/>
        </w:rPr>
        <w:t>4. This authorization form shall be governed by and construed in accordance with the laws of the United States and the state where the hotel is located.</w:t>
      </w:r>
    </w:p>
    <w:p>
      <w:r>
        <w:rPr>
          <w:b w:val="0"/>
          <w:sz w:val="20"/>
        </w:rPr>
        <w:t>5. The hotel will take reasonable steps to keep credit card information secure in compliance with applicable data protection laws and PCI DSS standards.</w:t>
      </w:r>
    </w:p>
    <w:p/>
    <w:p>
      <w:r>
        <w:rPr>
          <w:b/>
          <w:sz w:val="20"/>
        </w:rPr>
        <w:t>Authorization and Signature</w:t>
      </w:r>
    </w:p>
    <w:p>
      <w:r>
        <w:rPr>
          <w:b w:val="0"/>
          <w:sz w:val="20"/>
        </w:rPr>
        <w:t>I hereby authorize the hotel to charge the credit card listed above in accordance with the terms stated in this form.</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Cardholder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___________________________________</w:t>
            </w:r>
          </w:p>
        </w:tc>
        <w:tc>
          <w:tcPr>
            <w:tcW w:type="dxa" w:w="4986"/>
            <w:tcBorders>
              <w:top w:val="nil"/>
              <w:left w:val="nil"/>
              <w:bottom w:val="nil"/>
              <w:right w:val="nil"/>
              <w:insideH w:val="nil"/>
              <w:insideV w:val="nil"/>
            </w:tcBorders>
          </w:tcPr>
          <w:p>
            <w:pPr>
              <w:jc w:val="center"/>
            </w:pPr>
            <w:r>
              <w:br/>
              <w:br/>
              <w:t>Date: _____________________</w:t>
            </w:r>
          </w:p>
        </w:tc>
      </w:tr>
      <w:tr>
        <w:tc>
          <w:tcPr>
            <w:tcW w:type="dxa" w:w="4986"/>
            <w:tcBorders>
              <w:top w:val="nil"/>
              <w:left w:val="nil"/>
              <w:bottom w:val="nil"/>
              <w:right w:val="nil"/>
              <w:insideH w:val="nil"/>
              <w:insideV w:val="nil"/>
            </w:tcBorders>
          </w:tcPr>
          <w:p>
            <w:pPr>
              <w:jc w:val="center"/>
            </w:pPr>
            <w:r>
              <w:t>Printed Name: __________________________________</w:t>
            </w:r>
          </w:p>
        </w:tc>
        <w:tc>
          <w:tcPr>
            <w:tcW w:type="dxa" w:w="4986"/>
            <w:tcBorders>
              <w:top w:val="nil"/>
              <w:left w:val="nil"/>
              <w:bottom w:val="nil"/>
              <w:right w:val="nil"/>
              <w:insideH w:val="nil"/>
              <w:insideV w:val="nil"/>
            </w:tcBorders>
          </w:tcPr>
          <w:p>
            <w:pPr>
              <w:jc w:val="center"/>
            </w:pPr>
            <w:r>
              <w:t>Phone Number: _________________________________</w:t>
            </w:r>
          </w:p>
        </w:tc>
      </w:tr>
    </w:tbl>
    <w:p/>
    <w:p/>
    <w:p>
      <w:r>
        <w:rPr>
          <w:b/>
          <w:sz w:val="20"/>
        </w:rPr>
        <w:t>For billing questions or disputes, please contact:</w:t>
      </w:r>
    </w:p>
    <w:p>
      <w:r>
        <w:rPr>
          <w:b w:val="0"/>
          <w:sz w:val="20"/>
        </w:rPr>
        <w:t>Billing Department Phone: ________________________________________________</w:t>
      </w:r>
    </w:p>
    <w:p>
      <w:r>
        <w:rPr>
          <w:b w:val="0"/>
          <w:sz w:val="20"/>
        </w:rPr>
        <w:t>Billing Department Email: _________________________________________________</w:t>
      </w:r>
    </w:p>
    <w:p/>
    <w:p>
      <w:r>
        <w:rPr>
          <w:b/>
          <w:sz w:val="20"/>
        </w:rPr>
        <w:t>Privacy Notice</w:t>
      </w:r>
    </w:p>
    <w:p>
      <w:r>
        <w:rPr>
          <w:b w:val="0"/>
          <w:sz w:val="20"/>
        </w:rPr>
        <w:t>The hotel collects and processes your credit card information solely for the purpose of securing payment for your stay and related charges. We handle your information in accordance with applicable privacy laws and our privacy policy. We do not share your credit card details with unauthorized third parties.</w:t>
      </w:r>
    </w:p>
    <w:p/>
    <w:p>
      <w:r>
        <w:rPr>
          <w:b w:val="0"/>
          <w:sz w:val="20"/>
        </w:rPr>
        <w:t>Please return this completed and signed form to the hotel before your arrival or check-in to avoid delays.</w:t>
      </w:r>
    </w:p>
    <w:p/>
    <w:p>
      <w:r>
        <w:br w:type="page"/>
      </w:r>
    </w:p>
    <w:p>
      <w:pPr>
        <w:jc w:val="center"/>
      </w:pPr>
      <w:r>
        <w:rPr>
          <w:color w:val="555555"/>
          <w:sz w:val="24"/>
        </w:rPr>
        <w:t>Original source of this document:</w:t>
      </w:r>
    </w:p>
    <w:p>
      <w:pPr>
        <w:jc w:val="center"/>
      </w:pPr>
      <w:hyperlink r:id="rId9">
        <w:r>
          <w:rPr>
            <w:color w:val="0000FF"/>
            <w:u w:val="single"/>
          </w:rPr>
          <w:t>https://docs-finance.com/hotel-credit-card-authorization-form-template/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https://docs-finance.com</w:t>
        </w:r>
      </w:hyperlink>
    </w:p>
    <w:p>
      <w:pPr>
        <w:jc w:val="center"/>
      </w:pPr>
      <w:r>
        <w:rPr>
          <w:color w:val="808080"/>
          <w:sz w:val="20"/>
        </w:rPr>
        <w:t>This template is intended exclusively for personal, non-commercial use.</w:t>
        <w:br/>
        <w:t>If distributed or published, the source must be mentioned. © docs-finance.com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finance.com/hotel-credit-card-authorization-form-template/" TargetMode="External"/><Relationship Id="rId10" Type="http://schemas.openxmlformats.org/officeDocument/2006/relationships/hyperlink" Target="https://docs-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