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PROMISSORY NOTE</w:t>
      </w:r>
    </w:p>
    <w:p/>
    <w:p/>
    <w:p>
      <w:r>
        <w:rPr>
          <w:b w:val="0"/>
          <w:sz w:val="20"/>
        </w:rPr>
        <w:t>FOR VALUE RECEIVED, the undersigned ("Maker") promises to pay to the order of _______________________________ ("Payee"), the principal sum of $______________ (__________________________ Dollars), with interest on the unpaid principal balance at the rate of ________ percent (______%) per annum, payable as set forth below.</w:t>
      </w:r>
    </w:p>
    <w:p/>
    <w:p/>
    <w:p>
      <w:r>
        <w:rPr>
          <w:b/>
          <w:sz w:val="20"/>
        </w:rPr>
        <w:t>MAKER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w:t>
      </w:r>
    </w:p>
    <w:p/>
    <w:p>
      <w:r>
        <w:rPr>
          <w:b/>
          <w:sz w:val="20"/>
        </w:rPr>
        <w:t>PAYEE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Phone: ________________________________________________________________</w:t>
      </w:r>
    </w:p>
    <w:p/>
    <w:p>
      <w:r>
        <w:rPr>
          <w:b/>
          <w:sz w:val="20"/>
        </w:rPr>
        <w:t>TERMS OF PAYMENT:</w:t>
      </w:r>
    </w:p>
    <w:p>
      <w:r>
        <w:rPr>
          <w:b/>
          <w:sz w:val="20"/>
        </w:rPr>
        <w:t>1. Payment of Principal and Interest:</w:t>
      </w:r>
    </w:p>
    <w:p>
      <w:r>
        <w:rPr>
          <w:b w:val="0"/>
          <w:sz w:val="20"/>
        </w:rPr>
        <w:t>The principal and accrued interest shall be payable in lawful money of the United States of America at the following place: _______________________________. Maker shall pay principal and interest in the following manner:</w:t>
      </w:r>
    </w:p>
    <w:p>
      <w:r>
        <w:rPr>
          <w:b w:val="0"/>
          <w:sz w:val="20"/>
        </w:rPr>
        <w:t>- _________________________________________________________________</w:t>
      </w:r>
    </w:p>
    <w:p>
      <w:r>
        <w:rPr>
          <w:b w:val="0"/>
          <w:sz w:val="20"/>
        </w:rPr>
        <w:t>- _________________________________________________________________</w:t>
      </w:r>
    </w:p>
    <w:p/>
    <w:p>
      <w:r>
        <w:rPr>
          <w:b/>
          <w:sz w:val="20"/>
        </w:rPr>
        <w:t>2. Maturity:</w:t>
      </w:r>
    </w:p>
    <w:p>
      <w:r>
        <w:rPr>
          <w:b w:val="0"/>
          <w:sz w:val="20"/>
        </w:rPr>
        <w:t>The entire unpaid principal and all accrued interest shall be due and payable on demand of Payee or on _______________________________, whichever occurs first.</w:t>
      </w:r>
    </w:p>
    <w:p/>
    <w:p>
      <w:r>
        <w:rPr>
          <w:b/>
          <w:sz w:val="20"/>
        </w:rPr>
        <w:t>3. Prepayment:</w:t>
      </w:r>
    </w:p>
    <w:p>
      <w:r>
        <w:rPr>
          <w:b w:val="0"/>
          <w:sz w:val="20"/>
        </w:rPr>
        <w:t>Maker may prepay this Note in whole or in part at any time without premium or penalty. Any prepayment shall first be applied to accrued interest and then to principal.</w:t>
      </w:r>
    </w:p>
    <w:p/>
    <w:p>
      <w:r>
        <w:rPr>
          <w:b/>
          <w:sz w:val="20"/>
        </w:rPr>
        <w:t>4. Default:</w:t>
      </w:r>
    </w:p>
    <w:p>
      <w:r>
        <w:rPr>
          <w:b w:val="0"/>
          <w:sz w:val="20"/>
        </w:rPr>
        <w:t>If Maker fails to pay any installment of principal or interest when due, Maker shall be in default. Upon default, Payee may declare the entire unpaid principal and accrued interest immediately due and payable. Maker agrees to pay all costs of collection, including reasonable attorney's fees and court costs.</w:t>
      </w:r>
    </w:p>
    <w:p/>
    <w:p>
      <w:r>
        <w:rPr>
          <w:b/>
          <w:sz w:val="20"/>
        </w:rPr>
        <w:t>5. Interest After Default:</w:t>
      </w:r>
    </w:p>
    <w:p>
      <w:r>
        <w:rPr>
          <w:b w:val="0"/>
          <w:sz w:val="20"/>
        </w:rPr>
        <w:t>Upon default, interest shall accrue on the entire unpaid principal balance at a rate of ______ percent (______%) per annum, or the maximum rate permitted by Arizona law, whichever is less.</w:t>
      </w:r>
    </w:p>
    <w:p/>
    <w:p>
      <w:r>
        <w:rPr>
          <w:b/>
          <w:sz w:val="20"/>
        </w:rPr>
        <w:t>6. Waivers:</w:t>
      </w:r>
    </w:p>
    <w:p>
      <w:r>
        <w:rPr>
          <w:b w:val="0"/>
          <w:sz w:val="20"/>
        </w:rPr>
        <w:t>Maker waives presentment, demand for payment, protest, notice of protest, notice of dishonor, and all other notices and demands in connection with the delivery, acceptance, performance, default, or enforcement of this Note.</w:t>
      </w:r>
    </w:p>
    <w:p/>
    <w:p>
      <w:r>
        <w:rPr>
          <w:b/>
          <w:sz w:val="20"/>
        </w:rPr>
        <w:t>7. Governing Law:</w:t>
      </w:r>
    </w:p>
    <w:p>
      <w:r>
        <w:rPr>
          <w:b w:val="0"/>
          <w:sz w:val="20"/>
        </w:rPr>
        <w:t>This Note shall be governed by and construed in accordance with the laws of the State of Arizona, without regard to its conflict of laws principles.</w:t>
      </w:r>
    </w:p>
    <w:p/>
    <w:p>
      <w:r>
        <w:rPr>
          <w:b/>
          <w:sz w:val="20"/>
        </w:rPr>
        <w:t>8. Severability:</w:t>
      </w:r>
    </w:p>
    <w:p>
      <w:r>
        <w:rPr>
          <w:b w:val="0"/>
          <w:sz w:val="20"/>
        </w:rPr>
        <w:t>If any provision of this Note is held to be invalid or unenforceable, the remaining provisions shall continue in full force and effect.</w:t>
      </w:r>
    </w:p>
    <w:p/>
    <w:p>
      <w:r>
        <w:rPr>
          <w:b/>
          <w:sz w:val="20"/>
        </w:rPr>
        <w:t>9. Binding Effect:</w:t>
      </w:r>
    </w:p>
    <w:p>
      <w:r>
        <w:rPr>
          <w:b w:val="0"/>
          <w:sz w:val="20"/>
        </w:rPr>
        <w:t>This Note shall bind Maker and Maker's successors, assigns, and legal representatives and shall inure to the benefit of Payee and Payee’s successors, assigns, and legal representatives.</w:t>
      </w:r>
    </w:p>
    <w:p/>
    <w:p>
      <w:r>
        <w:rPr>
          <w:b/>
          <w:sz w:val="20"/>
        </w:rPr>
        <w:t>10. No Modifications Except in Writing:</w:t>
      </w:r>
    </w:p>
    <w:p>
      <w:r>
        <w:rPr>
          <w:b w:val="0"/>
          <w:sz w:val="20"/>
        </w:rPr>
        <w:t>No modification or waiver of any provision of this Note shall be effective unless in writing and signed by Maker and Payee.</w:t>
      </w:r>
    </w:p>
    <w:p/>
    <w:p/>
    <w:p>
      <w:r>
        <w:rPr>
          <w:b w:val="0"/>
          <w:sz w:val="20"/>
        </w:rPr>
        <w:t>PLACE OF EXECUTION: 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MAKER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p/>
    <w:p>
      <w:pPr>
        <w:jc w:val="center"/>
      </w:pPr>
      <w:r>
        <w:rPr>
          <w:b/>
          <w:sz w:val="20"/>
        </w:rPr>
        <w:t>NOTARY ACKNOWLEDGMENT</w:t>
      </w:r>
    </w:p>
    <w:p/>
    <w:p>
      <w:r>
        <w:rPr>
          <w:b w:val="0"/>
          <w:sz w:val="20"/>
        </w:rPr>
        <w:t>State of Arizona</w:t>
      </w:r>
    </w:p>
    <w:p>
      <w:r>
        <w:rPr>
          <w:b w:val="0"/>
          <w:sz w:val="20"/>
        </w:rPr>
        <w:t>County of ____________________________</w:t>
      </w:r>
    </w:p>
    <w:p/>
    <w:p>
      <w:r>
        <w:rPr>
          <w:b w:val="0"/>
          <w:sz w:val="20"/>
        </w:rPr>
        <w:t>On ____________________________, before me, ______________________________________, a Notary Public, personally appeared ____________________________________________________, proved to me on the basis of satisfactory evidence to be the person(s) whose name(s) is/are subscribed to this instrument, and acknowledged that he/she/they executed the same.</w:t>
      </w:r>
    </w:p>
    <w:p/>
    <w:p>
      <w:r>
        <w:rPr>
          <w:b w:val="0"/>
          <w:sz w:val="20"/>
        </w:rPr>
        <w:t>WITNESS my hand and official seal.</w:t>
      </w:r>
    </w:p>
    <w:p/>
    <w:p/>
    <w:p/>
    <w:p>
      <w:r>
        <w:rPr>
          <w:b w:val="0"/>
          <w:sz w:val="20"/>
        </w:rPr>
        <w:t>Signature of Notary Public: _______________________________________________</w:t>
      </w:r>
    </w:p>
    <w:p>
      <w:r>
        <w:rPr>
          <w:b w:val="0"/>
          <w:sz w:val="20"/>
        </w:rPr>
        <w:t>Printed Name of Notary Public: ___________________________________________</w:t>
      </w:r>
    </w:p>
    <w:p>
      <w:r>
        <w:rPr>
          <w:b w:val="0"/>
          <w:sz w:val="20"/>
        </w:rPr>
        <w:t>My Commission Expires: __________________________________________________</w:t>
      </w:r>
    </w:p>
    <w:p>
      <w:r>
        <w:rPr>
          <w:b w:val="0"/>
          <w:sz w:val="20"/>
        </w:rPr>
        <w:t>Notary Seal:</w:t>
      </w:r>
    </w:p>
    <w:p/>
    <w:p/>
    <w:p>
      <w:r>
        <w:br w:type="page"/>
      </w:r>
    </w:p>
    <w:p>
      <w:pPr>
        <w:jc w:val="center"/>
      </w:pPr>
      <w:r>
        <w:rPr>
          <w:color w:val="555555"/>
          <w:sz w:val="24"/>
        </w:rPr>
        <w:t>Original source of this document:</w:t>
      </w:r>
    </w:p>
    <w:p>
      <w:pPr>
        <w:jc w:val="center"/>
      </w:pPr>
      <w:hyperlink r:id="rId9">
        <w:r>
          <w:rPr>
            <w:color w:val="0000FF"/>
            <w:u w:val="single"/>
          </w:rPr>
          <w:t>https://docs-finance.com/promissory-note-template-arizona/</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https://docs-finance.com</w:t>
        </w:r>
      </w:hyperlink>
    </w:p>
    <w:p>
      <w:pPr>
        <w:jc w:val="center"/>
      </w:pPr>
      <w:r>
        <w:rPr>
          <w:color w:val="808080"/>
          <w:sz w:val="20"/>
        </w:rPr>
        <w:t>This template is intended exclusively for personal, non-commercial use.</w:t>
        <w:br/>
        <w:t>If distributed or published, the source must be mentioned. © docs-finance.com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finance.com/promissory-note-template-arizona/" TargetMode="External"/><Relationship Id="rId10" Type="http://schemas.openxmlformats.org/officeDocument/2006/relationships/hyperlink" Target="https://docs-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